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BAB8F" w14:textId="4339A52F" w:rsidR="003E18A2" w:rsidRPr="001C798E" w:rsidRDefault="003E18A2" w:rsidP="001C798E">
      <w:pPr>
        <w:spacing w:after="0" w:line="240" w:lineRule="auto"/>
        <w:jc w:val="center"/>
        <w:rPr>
          <w:rFonts w:asciiTheme="minorHAnsi" w:hAnsiTheme="minorHAnsi"/>
          <w:sz w:val="10"/>
          <w:szCs w:val="10"/>
        </w:rPr>
      </w:pPr>
    </w:p>
    <w:tbl>
      <w:tblPr>
        <w:tblStyle w:val="KlavuzTablo2-Vurgu1"/>
        <w:tblW w:w="0" w:type="auto"/>
        <w:tblLook w:val="04A0" w:firstRow="1" w:lastRow="0" w:firstColumn="1" w:lastColumn="0" w:noHBand="0" w:noVBand="1"/>
      </w:tblPr>
      <w:tblGrid>
        <w:gridCol w:w="1008"/>
        <w:gridCol w:w="1872"/>
        <w:gridCol w:w="489"/>
        <w:gridCol w:w="4677"/>
        <w:gridCol w:w="2835"/>
      </w:tblGrid>
      <w:tr w:rsidR="003E18A2" w:rsidRPr="001F389A" w14:paraId="0278845F" w14:textId="77777777" w:rsidTr="00313A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gridSpan w:val="2"/>
          </w:tcPr>
          <w:p w14:paraId="158191F3" w14:textId="77777777" w:rsidR="003E18A2" w:rsidRPr="001F389A" w:rsidRDefault="005D26F7">
            <w:pPr>
              <w:spacing w:before="40" w:after="40"/>
              <w:rPr>
                <w:rFonts w:asciiTheme="minorHAnsi" w:hAnsiTheme="minorHAnsi"/>
              </w:rPr>
            </w:pPr>
            <w:r w:rsidRPr="001F389A">
              <w:rPr>
                <w:rFonts w:asciiTheme="minorHAnsi" w:hAnsiTheme="minorHAnsi"/>
                <w:color w:val="1B365D"/>
                <w:sz w:val="19"/>
              </w:rPr>
              <w:t>Etkinlik / Program Adı:</w:t>
            </w:r>
          </w:p>
        </w:tc>
        <w:tc>
          <w:tcPr>
            <w:tcW w:w="8001" w:type="dxa"/>
            <w:gridSpan w:val="3"/>
          </w:tcPr>
          <w:p w14:paraId="26C8DAA4" w14:textId="2E5899F0" w:rsidR="003E18A2" w:rsidRPr="001F389A" w:rsidRDefault="003E18A2">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rPr>
            </w:pPr>
          </w:p>
        </w:tc>
      </w:tr>
      <w:tr w:rsidR="003E18A2" w:rsidRPr="001F389A" w14:paraId="61A7EE7E"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gridSpan w:val="2"/>
          </w:tcPr>
          <w:p w14:paraId="647AEC3A" w14:textId="77777777" w:rsidR="003E18A2" w:rsidRPr="001F389A" w:rsidRDefault="005D26F7">
            <w:pPr>
              <w:spacing w:before="40" w:after="40"/>
              <w:rPr>
                <w:rFonts w:asciiTheme="minorHAnsi" w:hAnsiTheme="minorHAnsi"/>
              </w:rPr>
            </w:pPr>
            <w:r w:rsidRPr="001F389A">
              <w:rPr>
                <w:rFonts w:asciiTheme="minorHAnsi" w:hAnsiTheme="minorHAnsi"/>
                <w:color w:val="1B365D"/>
                <w:sz w:val="19"/>
              </w:rPr>
              <w:t>Etkinlik Tarihi / Saati:</w:t>
            </w:r>
          </w:p>
        </w:tc>
        <w:tc>
          <w:tcPr>
            <w:tcW w:w="8001" w:type="dxa"/>
            <w:gridSpan w:val="3"/>
          </w:tcPr>
          <w:p w14:paraId="5AC5645B" w14:textId="77777777" w:rsidR="003E18A2" w:rsidRPr="001F389A" w:rsidRDefault="005D26F7">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1F389A">
              <w:rPr>
                <w:rFonts w:asciiTheme="minorHAnsi" w:hAnsiTheme="minorHAnsi"/>
                <w:sz w:val="19"/>
              </w:rPr>
              <w:t>…... / …... / 20…   |   …… : ……</w:t>
            </w:r>
          </w:p>
        </w:tc>
      </w:tr>
      <w:tr w:rsidR="003E18A2" w:rsidRPr="001F389A" w14:paraId="65F9C02F" w14:textId="77777777" w:rsidTr="005D26F7">
        <w:tc>
          <w:tcPr>
            <w:cnfStyle w:val="001000000000" w:firstRow="0" w:lastRow="0" w:firstColumn="1" w:lastColumn="0" w:oddVBand="0" w:evenVBand="0" w:oddHBand="0" w:evenHBand="0" w:firstRowFirstColumn="0" w:firstRowLastColumn="0" w:lastRowFirstColumn="0" w:lastRowLastColumn="0"/>
            <w:tcW w:w="2880" w:type="dxa"/>
            <w:gridSpan w:val="2"/>
          </w:tcPr>
          <w:p w14:paraId="02754626" w14:textId="77777777" w:rsidR="003E18A2" w:rsidRPr="001F389A" w:rsidRDefault="005D26F7">
            <w:pPr>
              <w:spacing w:before="40" w:after="40"/>
              <w:rPr>
                <w:rFonts w:asciiTheme="minorHAnsi" w:hAnsiTheme="minorHAnsi"/>
              </w:rPr>
            </w:pPr>
            <w:r w:rsidRPr="001F389A">
              <w:rPr>
                <w:rFonts w:asciiTheme="minorHAnsi" w:hAnsiTheme="minorHAnsi"/>
                <w:color w:val="1B365D"/>
                <w:sz w:val="19"/>
              </w:rPr>
              <w:t>Etkinlik Yeri:</w:t>
            </w:r>
          </w:p>
        </w:tc>
        <w:tc>
          <w:tcPr>
            <w:tcW w:w="8001" w:type="dxa"/>
            <w:gridSpan w:val="3"/>
          </w:tcPr>
          <w:p w14:paraId="6810C245" w14:textId="18164B5B" w:rsidR="003E18A2" w:rsidRPr="001F389A" w:rsidRDefault="003E18A2">
            <w:pPr>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3E18A2" w:rsidRPr="001F389A" w14:paraId="05E4C828"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gridSpan w:val="2"/>
          </w:tcPr>
          <w:p w14:paraId="394ECA3A" w14:textId="77777777" w:rsidR="003E18A2" w:rsidRPr="001F389A" w:rsidRDefault="005D26F7">
            <w:pPr>
              <w:spacing w:before="40" w:after="40"/>
              <w:rPr>
                <w:rFonts w:asciiTheme="minorHAnsi" w:hAnsiTheme="minorHAnsi"/>
              </w:rPr>
            </w:pPr>
            <w:r w:rsidRPr="001F389A">
              <w:rPr>
                <w:rFonts w:asciiTheme="minorHAnsi" w:hAnsiTheme="minorHAnsi"/>
                <w:color w:val="1B365D"/>
                <w:sz w:val="19"/>
              </w:rPr>
              <w:t>Sorumlu Öğretim Elemanı:</w:t>
            </w:r>
          </w:p>
        </w:tc>
        <w:tc>
          <w:tcPr>
            <w:tcW w:w="8001" w:type="dxa"/>
            <w:gridSpan w:val="3"/>
          </w:tcPr>
          <w:p w14:paraId="1EB0F647" w14:textId="2A559A42" w:rsidR="003E18A2" w:rsidRPr="001F389A" w:rsidRDefault="003E18A2">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1C798E" w:rsidRPr="001F389A" w14:paraId="229C6683" w14:textId="77777777" w:rsidTr="006502B6">
        <w:trPr>
          <w:trHeight w:val="962"/>
        </w:trPr>
        <w:tc>
          <w:tcPr>
            <w:cnfStyle w:val="001000000000" w:firstRow="0" w:lastRow="0" w:firstColumn="1" w:lastColumn="0" w:oddVBand="0" w:evenVBand="0" w:oddHBand="0" w:evenHBand="0" w:firstRowFirstColumn="0" w:firstRowLastColumn="0" w:lastRowFirstColumn="0" w:lastRowLastColumn="0"/>
            <w:tcW w:w="10881" w:type="dxa"/>
            <w:gridSpan w:val="5"/>
          </w:tcPr>
          <w:p w14:paraId="48D6E56C" w14:textId="77777777" w:rsidR="001C798E" w:rsidRPr="001F389A" w:rsidRDefault="001C798E" w:rsidP="006502B6">
            <w:pPr>
              <w:rPr>
                <w:rFonts w:asciiTheme="minorHAnsi" w:hAnsiTheme="minorHAnsi"/>
              </w:rPr>
            </w:pPr>
            <w:r w:rsidRPr="001F389A">
              <w:rPr>
                <w:rFonts w:asciiTheme="minorHAnsi" w:hAnsiTheme="minorHAnsi"/>
                <w:color w:val="1B365D"/>
                <w:sz w:val="17"/>
              </w:rPr>
              <w:t>Kişisel Verilerin Korunması Kanunu (KVKK) Aydınlatma ve Onay Metni</w:t>
            </w:r>
          </w:p>
          <w:p w14:paraId="743EA712" w14:textId="772C2E15" w:rsidR="001C798E" w:rsidRPr="001F389A" w:rsidRDefault="001C798E" w:rsidP="006502B6">
            <w:pPr>
              <w:jc w:val="both"/>
              <w:rPr>
                <w:rFonts w:asciiTheme="minorHAnsi" w:hAnsiTheme="minorHAnsi"/>
              </w:rPr>
            </w:pPr>
            <w:r w:rsidRPr="001F389A">
              <w:rPr>
                <w:rFonts w:asciiTheme="minorHAnsi" w:hAnsiTheme="minorHAnsi"/>
                <w:i/>
                <w:color w:val="555555"/>
                <w:sz w:val="16"/>
              </w:rPr>
              <w:t xml:space="preserve">6698 sayılı Kişisel Verilerin Korunması Kanunu uyarınca; bu formda paylaştığınız kişisel verileriniz (Ad, </w:t>
            </w:r>
            <w:proofErr w:type="spellStart"/>
            <w:r w:rsidRPr="001F389A">
              <w:rPr>
                <w:rFonts w:asciiTheme="minorHAnsi" w:hAnsiTheme="minorHAnsi"/>
                <w:i/>
                <w:color w:val="555555"/>
                <w:sz w:val="16"/>
              </w:rPr>
              <w:t>Soyad</w:t>
            </w:r>
            <w:proofErr w:type="spellEnd"/>
            <w:r w:rsidRPr="001F389A">
              <w:rPr>
                <w:rFonts w:asciiTheme="minorHAnsi" w:hAnsiTheme="minorHAnsi"/>
                <w:i/>
                <w:color w:val="555555"/>
                <w:sz w:val="16"/>
              </w:rPr>
              <w:t>, Öğrenci Numarası, Bölüm/Program ve İmza bilgisi), Kilis 7 Aralık Üniversitesi Sosyal Bilimler Meslek Yüksekokulu tarafından düzenlenen etkinliklerin kaydı, katılım tespiti, akademik ve idari raporlama süreçlerinin yürütülmesi amacıyla işlenmektedir. Verileriniz kanuni yükümlülükler dışında üçüncü şahıslarla paylaşılmayacaktır. İşbu formu imzalayarak kişisel verilerinizin yukarıda belirtilen amaçlarla işlenmesini kabul etmiş sayılırsınız.</w:t>
            </w:r>
          </w:p>
        </w:tc>
      </w:tr>
      <w:tr w:rsidR="00823250" w:rsidRPr="001F389A" w14:paraId="45C64E4E"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34DF4926" w14:textId="77777777" w:rsidR="00823250" w:rsidRPr="001F389A" w:rsidRDefault="00823250" w:rsidP="00823250">
            <w:pPr>
              <w:spacing w:before="80" w:after="80"/>
              <w:jc w:val="center"/>
              <w:rPr>
                <w:rFonts w:asciiTheme="minorHAnsi" w:hAnsiTheme="minorHAnsi"/>
                <w:color w:val="000000" w:themeColor="text1"/>
              </w:rPr>
            </w:pPr>
            <w:r w:rsidRPr="001F389A">
              <w:rPr>
                <w:rFonts w:asciiTheme="minorHAnsi" w:hAnsiTheme="minorHAnsi"/>
                <w:color w:val="000000" w:themeColor="text1"/>
                <w:sz w:val="19"/>
              </w:rPr>
              <w:t>Sıra No</w:t>
            </w:r>
          </w:p>
        </w:tc>
        <w:tc>
          <w:tcPr>
            <w:tcW w:w="2361" w:type="dxa"/>
            <w:gridSpan w:val="2"/>
          </w:tcPr>
          <w:p w14:paraId="75060D7E" w14:textId="77777777" w:rsidR="00823250" w:rsidRPr="001F389A" w:rsidRDefault="00823250" w:rsidP="00823250">
            <w:pPr>
              <w:spacing w:before="80" w:after="8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1F389A">
              <w:rPr>
                <w:rFonts w:asciiTheme="minorHAnsi" w:hAnsiTheme="minorHAnsi"/>
                <w:b/>
                <w:color w:val="000000" w:themeColor="text1"/>
                <w:sz w:val="19"/>
              </w:rPr>
              <w:t>Öğrenci No</w:t>
            </w:r>
          </w:p>
        </w:tc>
        <w:tc>
          <w:tcPr>
            <w:tcW w:w="4677" w:type="dxa"/>
          </w:tcPr>
          <w:p w14:paraId="0440A10D" w14:textId="77777777" w:rsidR="00823250" w:rsidRPr="001F389A" w:rsidRDefault="00823250" w:rsidP="00823250">
            <w:pPr>
              <w:spacing w:before="80" w:after="8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1F389A">
              <w:rPr>
                <w:rFonts w:asciiTheme="minorHAnsi" w:hAnsiTheme="minorHAnsi"/>
                <w:b/>
                <w:color w:val="000000" w:themeColor="text1"/>
                <w:sz w:val="19"/>
              </w:rPr>
              <w:t>Adı Soyadı</w:t>
            </w:r>
          </w:p>
        </w:tc>
        <w:tc>
          <w:tcPr>
            <w:tcW w:w="2835" w:type="dxa"/>
          </w:tcPr>
          <w:p w14:paraId="3E6F1004" w14:textId="77777777" w:rsidR="00823250" w:rsidRPr="001F389A" w:rsidRDefault="00823250" w:rsidP="00823250">
            <w:pPr>
              <w:spacing w:before="80" w:after="8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1F389A">
              <w:rPr>
                <w:rFonts w:asciiTheme="minorHAnsi" w:hAnsiTheme="minorHAnsi"/>
                <w:b/>
                <w:color w:val="000000" w:themeColor="text1"/>
                <w:sz w:val="19"/>
              </w:rPr>
              <w:t>İmza</w:t>
            </w:r>
          </w:p>
        </w:tc>
      </w:tr>
      <w:tr w:rsidR="00823250" w:rsidRPr="001F389A" w14:paraId="6A08A0A1" w14:textId="77777777" w:rsidTr="005D26F7">
        <w:tc>
          <w:tcPr>
            <w:cnfStyle w:val="001000000000" w:firstRow="0" w:lastRow="0" w:firstColumn="1" w:lastColumn="0" w:oddVBand="0" w:evenVBand="0" w:oddHBand="0" w:evenHBand="0" w:firstRowFirstColumn="0" w:firstRowLastColumn="0" w:lastRowFirstColumn="0" w:lastRowLastColumn="0"/>
            <w:tcW w:w="1008" w:type="dxa"/>
          </w:tcPr>
          <w:p w14:paraId="63B6F2E8"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1</w:t>
            </w:r>
          </w:p>
        </w:tc>
        <w:tc>
          <w:tcPr>
            <w:tcW w:w="2361" w:type="dxa"/>
            <w:gridSpan w:val="2"/>
          </w:tcPr>
          <w:p w14:paraId="7C918FAF"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774231DE"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4180173F"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04543491"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68072B09"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2</w:t>
            </w:r>
          </w:p>
        </w:tc>
        <w:tc>
          <w:tcPr>
            <w:tcW w:w="2361" w:type="dxa"/>
            <w:gridSpan w:val="2"/>
          </w:tcPr>
          <w:p w14:paraId="760ADD58"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19DA7A73"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6D983C75"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0F8FBC65" w14:textId="77777777" w:rsidTr="005D26F7">
        <w:tc>
          <w:tcPr>
            <w:cnfStyle w:val="001000000000" w:firstRow="0" w:lastRow="0" w:firstColumn="1" w:lastColumn="0" w:oddVBand="0" w:evenVBand="0" w:oddHBand="0" w:evenHBand="0" w:firstRowFirstColumn="0" w:firstRowLastColumn="0" w:lastRowFirstColumn="0" w:lastRowLastColumn="0"/>
            <w:tcW w:w="1008" w:type="dxa"/>
          </w:tcPr>
          <w:p w14:paraId="2D714D0F"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3</w:t>
            </w:r>
          </w:p>
        </w:tc>
        <w:tc>
          <w:tcPr>
            <w:tcW w:w="2361" w:type="dxa"/>
            <w:gridSpan w:val="2"/>
          </w:tcPr>
          <w:p w14:paraId="6EA5FCA2"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70D9B7ED"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6B7200A5"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3EE123D2"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183B2B50"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4</w:t>
            </w:r>
          </w:p>
        </w:tc>
        <w:tc>
          <w:tcPr>
            <w:tcW w:w="2361" w:type="dxa"/>
            <w:gridSpan w:val="2"/>
          </w:tcPr>
          <w:p w14:paraId="30F94D84"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671F964B"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41D5B72D"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611FFDAC" w14:textId="77777777" w:rsidTr="005D26F7">
        <w:tc>
          <w:tcPr>
            <w:cnfStyle w:val="001000000000" w:firstRow="0" w:lastRow="0" w:firstColumn="1" w:lastColumn="0" w:oddVBand="0" w:evenVBand="0" w:oddHBand="0" w:evenHBand="0" w:firstRowFirstColumn="0" w:firstRowLastColumn="0" w:lastRowFirstColumn="0" w:lastRowLastColumn="0"/>
            <w:tcW w:w="1008" w:type="dxa"/>
          </w:tcPr>
          <w:p w14:paraId="5E280D66"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5</w:t>
            </w:r>
          </w:p>
        </w:tc>
        <w:tc>
          <w:tcPr>
            <w:tcW w:w="2361" w:type="dxa"/>
            <w:gridSpan w:val="2"/>
          </w:tcPr>
          <w:p w14:paraId="4196E14A"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544DA88D"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42480CCD"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7F31E8E2"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23538A3A"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6</w:t>
            </w:r>
          </w:p>
        </w:tc>
        <w:tc>
          <w:tcPr>
            <w:tcW w:w="2361" w:type="dxa"/>
            <w:gridSpan w:val="2"/>
          </w:tcPr>
          <w:p w14:paraId="56EA8545"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7E079CBA"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051484A9"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1C28E051" w14:textId="77777777" w:rsidTr="005D26F7">
        <w:tc>
          <w:tcPr>
            <w:cnfStyle w:val="001000000000" w:firstRow="0" w:lastRow="0" w:firstColumn="1" w:lastColumn="0" w:oddVBand="0" w:evenVBand="0" w:oddHBand="0" w:evenHBand="0" w:firstRowFirstColumn="0" w:firstRowLastColumn="0" w:lastRowFirstColumn="0" w:lastRowLastColumn="0"/>
            <w:tcW w:w="1008" w:type="dxa"/>
          </w:tcPr>
          <w:p w14:paraId="38C02DB9"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7</w:t>
            </w:r>
          </w:p>
        </w:tc>
        <w:tc>
          <w:tcPr>
            <w:tcW w:w="2361" w:type="dxa"/>
            <w:gridSpan w:val="2"/>
          </w:tcPr>
          <w:p w14:paraId="3FA6E35B"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006CE90A"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6D34C2FA"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4404C640"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67324D3A"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8</w:t>
            </w:r>
          </w:p>
        </w:tc>
        <w:tc>
          <w:tcPr>
            <w:tcW w:w="2361" w:type="dxa"/>
            <w:gridSpan w:val="2"/>
          </w:tcPr>
          <w:p w14:paraId="0FC9A70E"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461A76AA"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0047228A"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118737D1" w14:textId="77777777" w:rsidTr="005D26F7">
        <w:tc>
          <w:tcPr>
            <w:cnfStyle w:val="001000000000" w:firstRow="0" w:lastRow="0" w:firstColumn="1" w:lastColumn="0" w:oddVBand="0" w:evenVBand="0" w:oddHBand="0" w:evenHBand="0" w:firstRowFirstColumn="0" w:firstRowLastColumn="0" w:lastRowFirstColumn="0" w:lastRowLastColumn="0"/>
            <w:tcW w:w="1008" w:type="dxa"/>
          </w:tcPr>
          <w:p w14:paraId="06364EFC"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9</w:t>
            </w:r>
          </w:p>
        </w:tc>
        <w:tc>
          <w:tcPr>
            <w:tcW w:w="2361" w:type="dxa"/>
            <w:gridSpan w:val="2"/>
          </w:tcPr>
          <w:p w14:paraId="6C80D137"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24E7299C"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53341E9C"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239A8A30"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0B750B0B"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10</w:t>
            </w:r>
          </w:p>
        </w:tc>
        <w:tc>
          <w:tcPr>
            <w:tcW w:w="2361" w:type="dxa"/>
            <w:gridSpan w:val="2"/>
          </w:tcPr>
          <w:p w14:paraId="24356EBA"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30E5A538"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75003267"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69B5F1D8" w14:textId="77777777" w:rsidTr="005D26F7">
        <w:tc>
          <w:tcPr>
            <w:cnfStyle w:val="001000000000" w:firstRow="0" w:lastRow="0" w:firstColumn="1" w:lastColumn="0" w:oddVBand="0" w:evenVBand="0" w:oddHBand="0" w:evenHBand="0" w:firstRowFirstColumn="0" w:firstRowLastColumn="0" w:lastRowFirstColumn="0" w:lastRowLastColumn="0"/>
            <w:tcW w:w="1008" w:type="dxa"/>
          </w:tcPr>
          <w:p w14:paraId="7AB41525"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11</w:t>
            </w:r>
          </w:p>
        </w:tc>
        <w:tc>
          <w:tcPr>
            <w:tcW w:w="2361" w:type="dxa"/>
            <w:gridSpan w:val="2"/>
          </w:tcPr>
          <w:p w14:paraId="699C381B"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292153D4"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7E99B4B1"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35713EA2"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040BDBF1"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12</w:t>
            </w:r>
          </w:p>
        </w:tc>
        <w:tc>
          <w:tcPr>
            <w:tcW w:w="2361" w:type="dxa"/>
            <w:gridSpan w:val="2"/>
          </w:tcPr>
          <w:p w14:paraId="56015250"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0BBFB5E3"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54B16B61"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7EF4CBD2" w14:textId="77777777" w:rsidTr="005D26F7">
        <w:tc>
          <w:tcPr>
            <w:cnfStyle w:val="001000000000" w:firstRow="0" w:lastRow="0" w:firstColumn="1" w:lastColumn="0" w:oddVBand="0" w:evenVBand="0" w:oddHBand="0" w:evenHBand="0" w:firstRowFirstColumn="0" w:firstRowLastColumn="0" w:lastRowFirstColumn="0" w:lastRowLastColumn="0"/>
            <w:tcW w:w="1008" w:type="dxa"/>
          </w:tcPr>
          <w:p w14:paraId="547C90E3"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13</w:t>
            </w:r>
          </w:p>
        </w:tc>
        <w:tc>
          <w:tcPr>
            <w:tcW w:w="2361" w:type="dxa"/>
            <w:gridSpan w:val="2"/>
          </w:tcPr>
          <w:p w14:paraId="49CF2B9B"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2BC8BCAA"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4EFA9A0D"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49C872B3"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103C3519"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14</w:t>
            </w:r>
          </w:p>
        </w:tc>
        <w:tc>
          <w:tcPr>
            <w:tcW w:w="2361" w:type="dxa"/>
            <w:gridSpan w:val="2"/>
          </w:tcPr>
          <w:p w14:paraId="70CDB2A8"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1E4BC82D"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5C4B249D"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7E6F1417" w14:textId="77777777" w:rsidTr="005D26F7">
        <w:tc>
          <w:tcPr>
            <w:cnfStyle w:val="001000000000" w:firstRow="0" w:lastRow="0" w:firstColumn="1" w:lastColumn="0" w:oddVBand="0" w:evenVBand="0" w:oddHBand="0" w:evenHBand="0" w:firstRowFirstColumn="0" w:firstRowLastColumn="0" w:lastRowFirstColumn="0" w:lastRowLastColumn="0"/>
            <w:tcW w:w="1008" w:type="dxa"/>
          </w:tcPr>
          <w:p w14:paraId="29E52ACD" w14:textId="77777777" w:rsidR="00823250" w:rsidRPr="001F389A" w:rsidRDefault="00823250">
            <w:pPr>
              <w:spacing w:before="60" w:after="60"/>
              <w:jc w:val="center"/>
              <w:rPr>
                <w:rFonts w:asciiTheme="minorHAnsi" w:hAnsiTheme="minorHAnsi"/>
              </w:rPr>
            </w:pPr>
            <w:r w:rsidRPr="001F389A">
              <w:rPr>
                <w:rFonts w:asciiTheme="minorHAnsi" w:hAnsiTheme="minorHAnsi"/>
                <w:sz w:val="18"/>
              </w:rPr>
              <w:t>15</w:t>
            </w:r>
          </w:p>
        </w:tc>
        <w:tc>
          <w:tcPr>
            <w:tcW w:w="2361" w:type="dxa"/>
            <w:gridSpan w:val="2"/>
          </w:tcPr>
          <w:p w14:paraId="57A7B1EB"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57616E18"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4FC973DF"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7AFAC59B"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0662ADA5" w14:textId="77777777" w:rsidR="00823250" w:rsidRPr="001F389A" w:rsidRDefault="00823250">
            <w:pPr>
              <w:spacing w:before="60" w:after="60"/>
              <w:jc w:val="center"/>
              <w:rPr>
                <w:rFonts w:asciiTheme="minorHAnsi" w:hAnsiTheme="minorHAnsi"/>
                <w:b w:val="0"/>
                <w:sz w:val="18"/>
              </w:rPr>
            </w:pPr>
            <w:r w:rsidRPr="001F389A">
              <w:rPr>
                <w:rFonts w:asciiTheme="minorHAnsi" w:hAnsiTheme="minorHAnsi"/>
                <w:b w:val="0"/>
                <w:sz w:val="18"/>
              </w:rPr>
              <w:t>16</w:t>
            </w:r>
          </w:p>
        </w:tc>
        <w:tc>
          <w:tcPr>
            <w:tcW w:w="2361" w:type="dxa"/>
            <w:gridSpan w:val="2"/>
          </w:tcPr>
          <w:p w14:paraId="12AC4D04"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77133D29"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381E3C44"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220EA4FA" w14:textId="77777777" w:rsidTr="005D26F7">
        <w:tc>
          <w:tcPr>
            <w:cnfStyle w:val="001000000000" w:firstRow="0" w:lastRow="0" w:firstColumn="1" w:lastColumn="0" w:oddVBand="0" w:evenVBand="0" w:oddHBand="0" w:evenHBand="0" w:firstRowFirstColumn="0" w:firstRowLastColumn="0" w:lastRowFirstColumn="0" w:lastRowLastColumn="0"/>
            <w:tcW w:w="1008" w:type="dxa"/>
          </w:tcPr>
          <w:p w14:paraId="017BC166" w14:textId="77777777" w:rsidR="00823250" w:rsidRPr="001F389A" w:rsidRDefault="00823250">
            <w:pPr>
              <w:spacing w:before="60" w:after="60"/>
              <w:jc w:val="center"/>
              <w:rPr>
                <w:rFonts w:asciiTheme="minorHAnsi" w:hAnsiTheme="minorHAnsi"/>
                <w:b w:val="0"/>
                <w:sz w:val="18"/>
              </w:rPr>
            </w:pPr>
            <w:r w:rsidRPr="001F389A">
              <w:rPr>
                <w:rFonts w:asciiTheme="minorHAnsi" w:hAnsiTheme="minorHAnsi"/>
                <w:b w:val="0"/>
                <w:sz w:val="18"/>
              </w:rPr>
              <w:t>17</w:t>
            </w:r>
          </w:p>
        </w:tc>
        <w:tc>
          <w:tcPr>
            <w:tcW w:w="2361" w:type="dxa"/>
            <w:gridSpan w:val="2"/>
          </w:tcPr>
          <w:p w14:paraId="03B723BA"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23E2367E"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38514D48"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2FBAFAEE"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26DBD680" w14:textId="77777777" w:rsidR="00823250" w:rsidRPr="001F389A" w:rsidRDefault="00823250">
            <w:pPr>
              <w:spacing w:before="60" w:after="60"/>
              <w:jc w:val="center"/>
              <w:rPr>
                <w:rFonts w:asciiTheme="minorHAnsi" w:hAnsiTheme="minorHAnsi"/>
                <w:b w:val="0"/>
                <w:sz w:val="18"/>
              </w:rPr>
            </w:pPr>
            <w:r w:rsidRPr="001F389A">
              <w:rPr>
                <w:rFonts w:asciiTheme="minorHAnsi" w:hAnsiTheme="minorHAnsi"/>
                <w:b w:val="0"/>
                <w:sz w:val="18"/>
              </w:rPr>
              <w:t>18</w:t>
            </w:r>
          </w:p>
        </w:tc>
        <w:tc>
          <w:tcPr>
            <w:tcW w:w="2361" w:type="dxa"/>
            <w:gridSpan w:val="2"/>
          </w:tcPr>
          <w:p w14:paraId="5AC0B182"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2D66AD3B"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57108494"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30FE5D58" w14:textId="77777777" w:rsidTr="005D26F7">
        <w:tc>
          <w:tcPr>
            <w:cnfStyle w:val="001000000000" w:firstRow="0" w:lastRow="0" w:firstColumn="1" w:lastColumn="0" w:oddVBand="0" w:evenVBand="0" w:oddHBand="0" w:evenHBand="0" w:firstRowFirstColumn="0" w:firstRowLastColumn="0" w:lastRowFirstColumn="0" w:lastRowLastColumn="0"/>
            <w:tcW w:w="1008" w:type="dxa"/>
          </w:tcPr>
          <w:p w14:paraId="33395C25" w14:textId="77777777" w:rsidR="00823250" w:rsidRPr="001F389A" w:rsidRDefault="00823250">
            <w:pPr>
              <w:spacing w:before="60" w:after="60"/>
              <w:jc w:val="center"/>
              <w:rPr>
                <w:rFonts w:asciiTheme="minorHAnsi" w:hAnsiTheme="minorHAnsi"/>
                <w:b w:val="0"/>
                <w:sz w:val="18"/>
              </w:rPr>
            </w:pPr>
            <w:r w:rsidRPr="001F389A">
              <w:rPr>
                <w:rFonts w:asciiTheme="minorHAnsi" w:hAnsiTheme="minorHAnsi"/>
                <w:b w:val="0"/>
                <w:sz w:val="18"/>
              </w:rPr>
              <w:t>19</w:t>
            </w:r>
          </w:p>
        </w:tc>
        <w:tc>
          <w:tcPr>
            <w:tcW w:w="2361" w:type="dxa"/>
            <w:gridSpan w:val="2"/>
          </w:tcPr>
          <w:p w14:paraId="3A90CF8F"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60776BCD"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606F82EB" w14:textId="77777777" w:rsidR="00823250" w:rsidRPr="001F389A" w:rsidRDefault="0082325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3D683D19" w14:textId="77777777" w:rsidTr="005D2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294FC8FE" w14:textId="77777777" w:rsidR="00823250" w:rsidRPr="001F389A" w:rsidRDefault="00823250">
            <w:pPr>
              <w:spacing w:before="60" w:after="60"/>
              <w:jc w:val="center"/>
              <w:rPr>
                <w:rFonts w:asciiTheme="minorHAnsi" w:hAnsiTheme="minorHAnsi"/>
                <w:b w:val="0"/>
                <w:sz w:val="18"/>
              </w:rPr>
            </w:pPr>
            <w:r w:rsidRPr="001F389A">
              <w:rPr>
                <w:rFonts w:asciiTheme="minorHAnsi" w:hAnsiTheme="minorHAnsi"/>
                <w:b w:val="0"/>
                <w:sz w:val="18"/>
              </w:rPr>
              <w:t>20</w:t>
            </w:r>
          </w:p>
        </w:tc>
        <w:tc>
          <w:tcPr>
            <w:tcW w:w="2361" w:type="dxa"/>
            <w:gridSpan w:val="2"/>
          </w:tcPr>
          <w:p w14:paraId="74DE91CF"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198CB4BA"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45FE073B" w14:textId="77777777" w:rsidR="00823250" w:rsidRPr="001F389A" w:rsidRDefault="0082325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bl>
    <w:p w14:paraId="146C1AA3" w14:textId="7B604E54" w:rsidR="003E18A2" w:rsidRPr="001F389A" w:rsidRDefault="003E18A2">
      <w:pPr>
        <w:spacing w:after="240" w:line="252" w:lineRule="auto"/>
        <w:jc w:val="both"/>
        <w:rPr>
          <w:rFonts w:asciiTheme="minorHAnsi" w:hAnsiTheme="minorHAnsi"/>
        </w:rPr>
      </w:pPr>
    </w:p>
    <w:p w14:paraId="12468B33" w14:textId="416D05B7" w:rsidR="00823250" w:rsidRPr="001F389A" w:rsidRDefault="005D26F7" w:rsidP="005E0E92">
      <w:pPr>
        <w:spacing w:after="0" w:line="360" w:lineRule="auto"/>
        <w:rPr>
          <w:rFonts w:asciiTheme="minorHAnsi" w:hAnsiTheme="minorHAnsi"/>
          <w:sz w:val="22"/>
        </w:rPr>
      </w:pPr>
      <w:r w:rsidRPr="001F389A">
        <w:rPr>
          <w:rFonts w:asciiTheme="minorHAnsi" w:hAnsiTheme="minorHAnsi"/>
          <w:b/>
          <w:color w:val="1B365D"/>
          <w:sz w:val="22"/>
        </w:rPr>
        <w:t>Teslim Eden / Düzenleyen Öğretim Elemanı:</w:t>
      </w:r>
      <w:r w:rsidRPr="001F389A">
        <w:rPr>
          <w:rFonts w:asciiTheme="minorHAnsi" w:hAnsiTheme="minorHAnsi"/>
          <w:b/>
          <w:color w:val="1B365D"/>
          <w:sz w:val="22"/>
        </w:rPr>
        <w:br/>
      </w:r>
      <w:r w:rsidR="005E0E92" w:rsidRPr="001F389A">
        <w:rPr>
          <w:rFonts w:asciiTheme="minorHAnsi" w:hAnsiTheme="minorHAnsi"/>
          <w:sz w:val="22"/>
        </w:rPr>
        <w:t>Unvanı</w:t>
      </w:r>
      <w:r w:rsidR="005E0E92" w:rsidRPr="001F389A">
        <w:rPr>
          <w:rFonts w:asciiTheme="minorHAnsi" w:hAnsiTheme="minorHAnsi"/>
          <w:sz w:val="22"/>
        </w:rPr>
        <w:t xml:space="preserve"> </w:t>
      </w:r>
      <w:r w:rsidRPr="001F389A">
        <w:rPr>
          <w:rFonts w:asciiTheme="minorHAnsi" w:hAnsiTheme="minorHAnsi"/>
          <w:sz w:val="22"/>
        </w:rPr>
        <w:t>Adı Soyadı: ……………………………………………</w:t>
      </w:r>
      <w:r w:rsidRPr="001F389A">
        <w:rPr>
          <w:rFonts w:asciiTheme="minorHAnsi" w:hAnsiTheme="minorHAnsi"/>
          <w:sz w:val="22"/>
        </w:rPr>
        <w:br/>
      </w:r>
      <w:r w:rsidR="00823250" w:rsidRPr="001F389A">
        <w:rPr>
          <w:rFonts w:asciiTheme="minorHAnsi" w:hAnsiTheme="minorHAnsi"/>
          <w:sz w:val="22"/>
        </w:rPr>
        <w:t>Tarih</w:t>
      </w:r>
      <w:r w:rsidR="005E0E92" w:rsidRPr="001F389A">
        <w:rPr>
          <w:rFonts w:asciiTheme="minorHAnsi" w:hAnsiTheme="minorHAnsi"/>
          <w:sz w:val="22"/>
        </w:rPr>
        <w:t xml:space="preserve">/Saat           </w:t>
      </w:r>
      <w:proofErr w:type="gramStart"/>
      <w:r w:rsidR="005E0E92" w:rsidRPr="001F389A">
        <w:rPr>
          <w:rFonts w:asciiTheme="minorHAnsi" w:hAnsiTheme="minorHAnsi"/>
          <w:sz w:val="22"/>
        </w:rPr>
        <w:t xml:space="preserve">  </w:t>
      </w:r>
      <w:r w:rsidRPr="001F389A">
        <w:rPr>
          <w:rFonts w:asciiTheme="minorHAnsi" w:hAnsiTheme="minorHAnsi"/>
          <w:sz w:val="22"/>
        </w:rPr>
        <w:t>:</w:t>
      </w:r>
      <w:proofErr w:type="gramEnd"/>
      <w:r w:rsidRPr="001F389A">
        <w:rPr>
          <w:rFonts w:asciiTheme="minorHAnsi" w:hAnsiTheme="minorHAnsi"/>
          <w:sz w:val="22"/>
        </w:rPr>
        <w:t xml:space="preserve"> …... / …... / 20…  |  ………………</w:t>
      </w:r>
    </w:p>
    <w:p w14:paraId="3756EEE8" w14:textId="0E810351" w:rsidR="003E18A2" w:rsidRPr="001F389A" w:rsidRDefault="00823250" w:rsidP="005E0E92">
      <w:pPr>
        <w:spacing w:after="0" w:line="360" w:lineRule="auto"/>
        <w:rPr>
          <w:rFonts w:asciiTheme="minorHAnsi" w:hAnsiTheme="minorHAnsi"/>
          <w:sz w:val="22"/>
        </w:rPr>
      </w:pPr>
      <w:r w:rsidRPr="001F389A">
        <w:rPr>
          <w:rFonts w:asciiTheme="minorHAnsi" w:hAnsiTheme="minorHAnsi"/>
          <w:sz w:val="22"/>
        </w:rPr>
        <w:t>İmza</w:t>
      </w:r>
      <w:r w:rsidR="005E0E92" w:rsidRPr="001F389A">
        <w:rPr>
          <w:rFonts w:asciiTheme="minorHAnsi" w:hAnsiTheme="minorHAnsi"/>
          <w:sz w:val="22"/>
        </w:rPr>
        <w:t xml:space="preserve">                    </w:t>
      </w:r>
      <w:proofErr w:type="gramStart"/>
      <w:r w:rsidR="005E0E92" w:rsidRPr="001F389A">
        <w:rPr>
          <w:rFonts w:asciiTheme="minorHAnsi" w:hAnsiTheme="minorHAnsi"/>
          <w:sz w:val="22"/>
        </w:rPr>
        <w:t xml:space="preserve">  :</w:t>
      </w:r>
      <w:proofErr w:type="gramEnd"/>
      <w:r w:rsidR="005E0E92" w:rsidRPr="001F389A">
        <w:rPr>
          <w:rFonts w:asciiTheme="minorHAnsi" w:hAnsiTheme="minorHAnsi"/>
          <w:sz w:val="22"/>
        </w:rPr>
        <w:t xml:space="preserve"> </w:t>
      </w:r>
    </w:p>
    <w:p w14:paraId="1D1809C8" w14:textId="77777777" w:rsidR="00823250" w:rsidRPr="001F389A" w:rsidRDefault="00823250">
      <w:pPr>
        <w:spacing w:before="120" w:after="40"/>
        <w:rPr>
          <w:rFonts w:asciiTheme="minorHAnsi" w:hAnsiTheme="minorHAnsi"/>
          <w:sz w:val="22"/>
        </w:rPr>
      </w:pPr>
    </w:p>
    <w:p w14:paraId="3E3C0CC8" w14:textId="77777777" w:rsidR="00823250" w:rsidRPr="001F389A" w:rsidRDefault="00823250">
      <w:pPr>
        <w:spacing w:before="120" w:after="40"/>
        <w:rPr>
          <w:rFonts w:asciiTheme="minorHAnsi" w:hAnsiTheme="minorHAnsi"/>
          <w:sz w:val="22"/>
        </w:rPr>
      </w:pPr>
    </w:p>
    <w:tbl>
      <w:tblPr>
        <w:tblStyle w:val="KlavuzTablo2-Vurgu1"/>
        <w:tblW w:w="0" w:type="auto"/>
        <w:tblLook w:val="04A0" w:firstRow="1" w:lastRow="0" w:firstColumn="1" w:lastColumn="0" w:noHBand="0" w:noVBand="1"/>
      </w:tblPr>
      <w:tblGrid>
        <w:gridCol w:w="1008"/>
        <w:gridCol w:w="2361"/>
        <w:gridCol w:w="4677"/>
        <w:gridCol w:w="2835"/>
      </w:tblGrid>
      <w:tr w:rsidR="00823250" w:rsidRPr="001F389A" w14:paraId="627479E7" w14:textId="77777777" w:rsidTr="001C79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20C3274E" w14:textId="77777777" w:rsidR="00823250" w:rsidRPr="001F389A" w:rsidRDefault="00823250" w:rsidP="00F350B9">
            <w:pPr>
              <w:spacing w:before="80" w:after="80"/>
              <w:jc w:val="center"/>
              <w:rPr>
                <w:rFonts w:asciiTheme="minorHAnsi" w:hAnsiTheme="minorHAnsi"/>
                <w:color w:val="000000" w:themeColor="text1"/>
              </w:rPr>
            </w:pPr>
            <w:r w:rsidRPr="001F389A">
              <w:rPr>
                <w:rFonts w:asciiTheme="minorHAnsi" w:hAnsiTheme="minorHAnsi"/>
                <w:color w:val="000000" w:themeColor="text1"/>
                <w:sz w:val="19"/>
              </w:rPr>
              <w:lastRenderedPageBreak/>
              <w:t>Sıra No</w:t>
            </w:r>
          </w:p>
        </w:tc>
        <w:tc>
          <w:tcPr>
            <w:tcW w:w="2361" w:type="dxa"/>
          </w:tcPr>
          <w:p w14:paraId="79C79C38" w14:textId="77777777" w:rsidR="00823250" w:rsidRPr="001F389A" w:rsidRDefault="00823250" w:rsidP="00F350B9">
            <w:pPr>
              <w:spacing w:before="80" w:after="8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rPr>
            </w:pPr>
            <w:r w:rsidRPr="001F389A">
              <w:rPr>
                <w:rFonts w:asciiTheme="minorHAnsi" w:hAnsiTheme="minorHAnsi"/>
                <w:color w:val="000000" w:themeColor="text1"/>
                <w:sz w:val="19"/>
              </w:rPr>
              <w:t>Öğrenci No</w:t>
            </w:r>
          </w:p>
        </w:tc>
        <w:tc>
          <w:tcPr>
            <w:tcW w:w="4677" w:type="dxa"/>
          </w:tcPr>
          <w:p w14:paraId="79C11C15" w14:textId="77777777" w:rsidR="00823250" w:rsidRPr="001F389A" w:rsidRDefault="00823250" w:rsidP="00F350B9">
            <w:pPr>
              <w:spacing w:before="80" w:after="8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rPr>
            </w:pPr>
            <w:r w:rsidRPr="001F389A">
              <w:rPr>
                <w:rFonts w:asciiTheme="minorHAnsi" w:hAnsiTheme="minorHAnsi"/>
                <w:color w:val="000000" w:themeColor="text1"/>
                <w:sz w:val="19"/>
              </w:rPr>
              <w:t>Adı Soyadı</w:t>
            </w:r>
          </w:p>
        </w:tc>
        <w:tc>
          <w:tcPr>
            <w:tcW w:w="2835" w:type="dxa"/>
          </w:tcPr>
          <w:p w14:paraId="005F48B2" w14:textId="77777777" w:rsidR="00823250" w:rsidRPr="001F389A" w:rsidRDefault="00823250" w:rsidP="00F350B9">
            <w:pPr>
              <w:spacing w:before="80" w:after="8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rPr>
            </w:pPr>
            <w:r w:rsidRPr="001F389A">
              <w:rPr>
                <w:rFonts w:asciiTheme="minorHAnsi" w:hAnsiTheme="minorHAnsi"/>
                <w:color w:val="000000" w:themeColor="text1"/>
                <w:sz w:val="19"/>
              </w:rPr>
              <w:t>İmza</w:t>
            </w:r>
          </w:p>
        </w:tc>
      </w:tr>
      <w:tr w:rsidR="00823250" w:rsidRPr="001F389A" w14:paraId="0106ED0B"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29757753"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21</w:t>
            </w:r>
          </w:p>
        </w:tc>
        <w:tc>
          <w:tcPr>
            <w:tcW w:w="2361" w:type="dxa"/>
          </w:tcPr>
          <w:p w14:paraId="1A6F7C4D"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420064F3"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242D82FD"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36610D79"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01C07D44"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22</w:t>
            </w:r>
          </w:p>
        </w:tc>
        <w:tc>
          <w:tcPr>
            <w:tcW w:w="2361" w:type="dxa"/>
          </w:tcPr>
          <w:p w14:paraId="50924B02"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17545EA3"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1ABF4259"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15323693"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444EBD30"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23</w:t>
            </w:r>
          </w:p>
        </w:tc>
        <w:tc>
          <w:tcPr>
            <w:tcW w:w="2361" w:type="dxa"/>
          </w:tcPr>
          <w:p w14:paraId="1BBCB94D"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321D70CD"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2E7D3A4C"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3DD33188"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42646B63"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24</w:t>
            </w:r>
          </w:p>
        </w:tc>
        <w:tc>
          <w:tcPr>
            <w:tcW w:w="2361" w:type="dxa"/>
          </w:tcPr>
          <w:p w14:paraId="21788178"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270B9D88"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03A72215"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5A609BF7"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6A200732"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25</w:t>
            </w:r>
          </w:p>
        </w:tc>
        <w:tc>
          <w:tcPr>
            <w:tcW w:w="2361" w:type="dxa"/>
          </w:tcPr>
          <w:p w14:paraId="69C0EC5E"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2938BEDF"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00FF39FF"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183383CF"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474C32A4"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26</w:t>
            </w:r>
          </w:p>
        </w:tc>
        <w:tc>
          <w:tcPr>
            <w:tcW w:w="2361" w:type="dxa"/>
          </w:tcPr>
          <w:p w14:paraId="513F8FB3"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0E78A2DE"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450CD426"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7A9DD18A"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0B54530D"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27</w:t>
            </w:r>
          </w:p>
        </w:tc>
        <w:tc>
          <w:tcPr>
            <w:tcW w:w="2361" w:type="dxa"/>
          </w:tcPr>
          <w:p w14:paraId="3D02CBB3"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2F4D71C9"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49130B1A"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49B635BF"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137C86F5"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28</w:t>
            </w:r>
          </w:p>
        </w:tc>
        <w:tc>
          <w:tcPr>
            <w:tcW w:w="2361" w:type="dxa"/>
          </w:tcPr>
          <w:p w14:paraId="2B52272B"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09B55F03"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0E0AA705"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5CC3B5EF"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6E38AC70"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29</w:t>
            </w:r>
          </w:p>
        </w:tc>
        <w:tc>
          <w:tcPr>
            <w:tcW w:w="2361" w:type="dxa"/>
          </w:tcPr>
          <w:p w14:paraId="0F3C2C8B"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12857AAF"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25C0492B"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1486155F"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5B277E52"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30</w:t>
            </w:r>
          </w:p>
        </w:tc>
        <w:tc>
          <w:tcPr>
            <w:tcW w:w="2361" w:type="dxa"/>
          </w:tcPr>
          <w:p w14:paraId="1525EA3B"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6A979620"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54672869"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0F6F8CD8"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76EE8D17"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31</w:t>
            </w:r>
          </w:p>
        </w:tc>
        <w:tc>
          <w:tcPr>
            <w:tcW w:w="2361" w:type="dxa"/>
          </w:tcPr>
          <w:p w14:paraId="38A7924F"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0FA4AA5B"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3B282DBD"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01CA2957"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457B047F"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32</w:t>
            </w:r>
          </w:p>
        </w:tc>
        <w:tc>
          <w:tcPr>
            <w:tcW w:w="2361" w:type="dxa"/>
          </w:tcPr>
          <w:p w14:paraId="1B6867A9"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0F5D8AF9"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12A93E5D"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11329B73"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43A0A0E2"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33</w:t>
            </w:r>
          </w:p>
        </w:tc>
        <w:tc>
          <w:tcPr>
            <w:tcW w:w="2361" w:type="dxa"/>
          </w:tcPr>
          <w:p w14:paraId="0448D360"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78E1C91D"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08ED4311"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55E6CB9F"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5D824E10"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34</w:t>
            </w:r>
          </w:p>
        </w:tc>
        <w:tc>
          <w:tcPr>
            <w:tcW w:w="2361" w:type="dxa"/>
          </w:tcPr>
          <w:p w14:paraId="6AF999FF"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0495B1D8"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7DD455A6"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1DA38977"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121E7898" w14:textId="77777777" w:rsidR="00823250" w:rsidRPr="001F389A" w:rsidRDefault="00823250" w:rsidP="00F350B9">
            <w:pPr>
              <w:spacing w:before="60" w:after="60"/>
              <w:jc w:val="center"/>
              <w:rPr>
                <w:rFonts w:asciiTheme="minorHAnsi" w:hAnsiTheme="minorHAnsi"/>
              </w:rPr>
            </w:pPr>
            <w:r w:rsidRPr="001F389A">
              <w:rPr>
                <w:rFonts w:asciiTheme="minorHAnsi" w:hAnsiTheme="minorHAnsi"/>
                <w:sz w:val="18"/>
              </w:rPr>
              <w:t>35</w:t>
            </w:r>
          </w:p>
        </w:tc>
        <w:tc>
          <w:tcPr>
            <w:tcW w:w="2361" w:type="dxa"/>
          </w:tcPr>
          <w:p w14:paraId="36050CED"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7ACDB24A"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403DCB0D"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68F297EF"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25DD689B"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36</w:t>
            </w:r>
          </w:p>
        </w:tc>
        <w:tc>
          <w:tcPr>
            <w:tcW w:w="2361" w:type="dxa"/>
          </w:tcPr>
          <w:p w14:paraId="3A02DC00"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1ABEAFBD"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2068A0EE"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46137CBA"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3DBBA4FC"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37</w:t>
            </w:r>
          </w:p>
        </w:tc>
        <w:tc>
          <w:tcPr>
            <w:tcW w:w="2361" w:type="dxa"/>
          </w:tcPr>
          <w:p w14:paraId="62B5265F"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5A8DE7A5"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10FC9CAE"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7D06B12A"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74A4CA47"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38</w:t>
            </w:r>
          </w:p>
        </w:tc>
        <w:tc>
          <w:tcPr>
            <w:tcW w:w="2361" w:type="dxa"/>
          </w:tcPr>
          <w:p w14:paraId="70F0F668"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6729F448"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4F8D5BC7"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474BB921"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04C78A3A"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39</w:t>
            </w:r>
          </w:p>
        </w:tc>
        <w:tc>
          <w:tcPr>
            <w:tcW w:w="2361" w:type="dxa"/>
          </w:tcPr>
          <w:p w14:paraId="760E912F"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27E4A82B"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0A144946"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2CE9D9A3"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3F09F164"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40</w:t>
            </w:r>
          </w:p>
        </w:tc>
        <w:tc>
          <w:tcPr>
            <w:tcW w:w="2361" w:type="dxa"/>
          </w:tcPr>
          <w:p w14:paraId="7B7E7153"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3CCE81DA"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5958560B"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62D0D269"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224EFC70"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41</w:t>
            </w:r>
          </w:p>
        </w:tc>
        <w:tc>
          <w:tcPr>
            <w:tcW w:w="2361" w:type="dxa"/>
          </w:tcPr>
          <w:p w14:paraId="4B370D55"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1A075C02"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2761824F"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2A562E0F"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0024EB74"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42</w:t>
            </w:r>
          </w:p>
        </w:tc>
        <w:tc>
          <w:tcPr>
            <w:tcW w:w="2361" w:type="dxa"/>
          </w:tcPr>
          <w:p w14:paraId="2369646F"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1D3EBF02"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0B3278EF"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1BDEA51E"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4731C8FF"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43</w:t>
            </w:r>
          </w:p>
        </w:tc>
        <w:tc>
          <w:tcPr>
            <w:tcW w:w="2361" w:type="dxa"/>
          </w:tcPr>
          <w:p w14:paraId="5BF8A66B"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6D153128"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610BC703"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1A1363F4"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4771405F"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44</w:t>
            </w:r>
          </w:p>
        </w:tc>
        <w:tc>
          <w:tcPr>
            <w:tcW w:w="2361" w:type="dxa"/>
          </w:tcPr>
          <w:p w14:paraId="5EBF597F"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6DD946EF"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43832AF2"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16734335"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74EE398A"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45</w:t>
            </w:r>
          </w:p>
        </w:tc>
        <w:tc>
          <w:tcPr>
            <w:tcW w:w="2361" w:type="dxa"/>
          </w:tcPr>
          <w:p w14:paraId="72226249"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2C216DCD"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197E1EE0"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1D71A96C"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5EE5F4D6"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46</w:t>
            </w:r>
          </w:p>
        </w:tc>
        <w:tc>
          <w:tcPr>
            <w:tcW w:w="2361" w:type="dxa"/>
          </w:tcPr>
          <w:p w14:paraId="36EE9281"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797733C1"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6D096B98"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75CDA29D"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2C7D49CF"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47</w:t>
            </w:r>
          </w:p>
        </w:tc>
        <w:tc>
          <w:tcPr>
            <w:tcW w:w="2361" w:type="dxa"/>
          </w:tcPr>
          <w:p w14:paraId="5D855F2B"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60A0CDB6"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140097D6"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0E19D027"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6CE451E0"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48</w:t>
            </w:r>
          </w:p>
        </w:tc>
        <w:tc>
          <w:tcPr>
            <w:tcW w:w="2361" w:type="dxa"/>
          </w:tcPr>
          <w:p w14:paraId="0E25ED7F"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6014E2FF"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1C5543E1"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823250" w:rsidRPr="001F389A" w14:paraId="6883C285" w14:textId="77777777" w:rsidTr="001C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0F53319A" w14:textId="77777777" w:rsidR="00823250" w:rsidRPr="001F389A" w:rsidRDefault="00823250" w:rsidP="00F350B9">
            <w:pPr>
              <w:spacing w:before="60" w:after="60"/>
              <w:jc w:val="center"/>
              <w:rPr>
                <w:rFonts w:asciiTheme="minorHAnsi" w:hAnsiTheme="minorHAnsi"/>
                <w:b w:val="0"/>
                <w:sz w:val="18"/>
              </w:rPr>
            </w:pPr>
            <w:r w:rsidRPr="001F389A">
              <w:rPr>
                <w:rFonts w:asciiTheme="minorHAnsi" w:hAnsiTheme="minorHAnsi"/>
                <w:b w:val="0"/>
                <w:sz w:val="18"/>
              </w:rPr>
              <w:t>49</w:t>
            </w:r>
          </w:p>
        </w:tc>
        <w:tc>
          <w:tcPr>
            <w:tcW w:w="2361" w:type="dxa"/>
          </w:tcPr>
          <w:p w14:paraId="05A294BA"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4677" w:type="dxa"/>
          </w:tcPr>
          <w:p w14:paraId="49304464"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2835" w:type="dxa"/>
          </w:tcPr>
          <w:p w14:paraId="5BBC793B" w14:textId="77777777" w:rsidR="00823250" w:rsidRPr="001F389A" w:rsidRDefault="00823250" w:rsidP="00F350B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823250" w:rsidRPr="001F389A" w14:paraId="3584D38A" w14:textId="77777777" w:rsidTr="001C798E">
        <w:tc>
          <w:tcPr>
            <w:cnfStyle w:val="001000000000" w:firstRow="0" w:lastRow="0" w:firstColumn="1" w:lastColumn="0" w:oddVBand="0" w:evenVBand="0" w:oddHBand="0" w:evenHBand="0" w:firstRowFirstColumn="0" w:firstRowLastColumn="0" w:lastRowFirstColumn="0" w:lastRowLastColumn="0"/>
            <w:tcW w:w="1008" w:type="dxa"/>
          </w:tcPr>
          <w:p w14:paraId="21CA4C59" w14:textId="77777777" w:rsidR="00823250" w:rsidRPr="001F389A" w:rsidRDefault="00823250" w:rsidP="005D26F7">
            <w:pPr>
              <w:spacing w:before="60" w:after="60"/>
              <w:jc w:val="center"/>
              <w:rPr>
                <w:rFonts w:asciiTheme="minorHAnsi" w:hAnsiTheme="minorHAnsi"/>
                <w:b w:val="0"/>
                <w:sz w:val="18"/>
              </w:rPr>
            </w:pPr>
            <w:r w:rsidRPr="001F389A">
              <w:rPr>
                <w:rFonts w:asciiTheme="minorHAnsi" w:hAnsiTheme="minorHAnsi"/>
                <w:b w:val="0"/>
                <w:sz w:val="18"/>
              </w:rPr>
              <w:t>50</w:t>
            </w:r>
          </w:p>
        </w:tc>
        <w:tc>
          <w:tcPr>
            <w:tcW w:w="2361" w:type="dxa"/>
          </w:tcPr>
          <w:p w14:paraId="68DFB89D"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4677" w:type="dxa"/>
          </w:tcPr>
          <w:p w14:paraId="69BA4768"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835" w:type="dxa"/>
          </w:tcPr>
          <w:p w14:paraId="2A5261F6" w14:textId="77777777" w:rsidR="00823250" w:rsidRPr="001F389A" w:rsidRDefault="00823250" w:rsidP="00F350B9">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bl>
    <w:p w14:paraId="1838BD52" w14:textId="77777777" w:rsidR="00CB660F" w:rsidRPr="00CB660F" w:rsidRDefault="00CB660F" w:rsidP="00E84199">
      <w:pPr>
        <w:spacing w:after="0" w:line="360" w:lineRule="auto"/>
        <w:rPr>
          <w:rFonts w:asciiTheme="minorHAnsi" w:hAnsiTheme="minorHAnsi"/>
          <w:bCs/>
          <w:color w:val="1B365D"/>
          <w:sz w:val="22"/>
        </w:rPr>
      </w:pPr>
    </w:p>
    <w:p w14:paraId="23E3A4D6" w14:textId="1C3AD637" w:rsidR="00E84199" w:rsidRPr="001F389A" w:rsidRDefault="005D26F7" w:rsidP="00E84199">
      <w:pPr>
        <w:spacing w:after="0" w:line="360" w:lineRule="auto"/>
        <w:rPr>
          <w:rFonts w:asciiTheme="minorHAnsi" w:hAnsiTheme="minorHAnsi"/>
          <w:sz w:val="22"/>
        </w:rPr>
      </w:pPr>
      <w:r w:rsidRPr="001F389A">
        <w:rPr>
          <w:rFonts w:asciiTheme="minorHAnsi" w:hAnsiTheme="minorHAnsi"/>
          <w:b/>
          <w:color w:val="1B365D"/>
          <w:sz w:val="22"/>
        </w:rPr>
        <w:t>Teslim Eden / Düzenleyen Öğretim Elemanı:</w:t>
      </w:r>
      <w:r w:rsidRPr="001F389A">
        <w:rPr>
          <w:rFonts w:asciiTheme="minorHAnsi" w:hAnsiTheme="minorHAnsi"/>
          <w:b/>
          <w:color w:val="1B365D"/>
          <w:sz w:val="22"/>
        </w:rPr>
        <w:br/>
      </w:r>
      <w:r w:rsidR="00E84199" w:rsidRPr="001F389A">
        <w:rPr>
          <w:rFonts w:asciiTheme="minorHAnsi" w:hAnsiTheme="minorHAnsi"/>
          <w:sz w:val="22"/>
        </w:rPr>
        <w:t>Unvanı Adı Soyadı: ……………………………………………</w:t>
      </w:r>
      <w:r w:rsidR="00E84199" w:rsidRPr="001F389A">
        <w:rPr>
          <w:rFonts w:asciiTheme="minorHAnsi" w:hAnsiTheme="minorHAnsi"/>
          <w:sz w:val="22"/>
        </w:rPr>
        <w:br/>
        <w:t xml:space="preserve">Tarih/Saat           </w:t>
      </w:r>
      <w:proofErr w:type="gramStart"/>
      <w:r w:rsidR="00E84199" w:rsidRPr="001F389A">
        <w:rPr>
          <w:rFonts w:asciiTheme="minorHAnsi" w:hAnsiTheme="minorHAnsi"/>
          <w:sz w:val="22"/>
        </w:rPr>
        <w:t xml:space="preserve">  :</w:t>
      </w:r>
      <w:proofErr w:type="gramEnd"/>
      <w:r w:rsidR="00E84199" w:rsidRPr="001F389A">
        <w:rPr>
          <w:rFonts w:asciiTheme="minorHAnsi" w:hAnsiTheme="minorHAnsi"/>
          <w:sz w:val="22"/>
        </w:rPr>
        <w:t xml:space="preserve"> …... / …... / 20…  |  ………………</w:t>
      </w:r>
    </w:p>
    <w:p w14:paraId="6F377623" w14:textId="77777777" w:rsidR="00E84199" w:rsidRPr="001F389A" w:rsidRDefault="00E84199" w:rsidP="00E84199">
      <w:pPr>
        <w:spacing w:after="0" w:line="360" w:lineRule="auto"/>
        <w:rPr>
          <w:rFonts w:asciiTheme="minorHAnsi" w:hAnsiTheme="minorHAnsi"/>
          <w:sz w:val="22"/>
        </w:rPr>
      </w:pPr>
      <w:r w:rsidRPr="001F389A">
        <w:rPr>
          <w:rFonts w:asciiTheme="minorHAnsi" w:hAnsiTheme="minorHAnsi"/>
          <w:sz w:val="22"/>
        </w:rPr>
        <w:t xml:space="preserve">İmza                    </w:t>
      </w:r>
      <w:proofErr w:type="gramStart"/>
      <w:r w:rsidRPr="001F389A">
        <w:rPr>
          <w:rFonts w:asciiTheme="minorHAnsi" w:hAnsiTheme="minorHAnsi"/>
          <w:sz w:val="22"/>
        </w:rPr>
        <w:t xml:space="preserve">  :</w:t>
      </w:r>
      <w:proofErr w:type="gramEnd"/>
      <w:r w:rsidRPr="001F389A">
        <w:rPr>
          <w:rFonts w:asciiTheme="minorHAnsi" w:hAnsiTheme="minorHAnsi"/>
          <w:sz w:val="22"/>
        </w:rPr>
        <w:t xml:space="preserve"> </w:t>
      </w:r>
    </w:p>
    <w:sectPr w:rsidR="00E84199" w:rsidRPr="001F389A" w:rsidSect="00823250">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94C82" w14:textId="77777777" w:rsidR="001C798E" w:rsidRDefault="001C798E" w:rsidP="001C798E">
      <w:pPr>
        <w:spacing w:after="0" w:line="240" w:lineRule="auto"/>
      </w:pPr>
      <w:r>
        <w:separator/>
      </w:r>
    </w:p>
  </w:endnote>
  <w:endnote w:type="continuationSeparator" w:id="0">
    <w:p w14:paraId="689A1457" w14:textId="77777777" w:rsidR="001C798E" w:rsidRDefault="001C798E" w:rsidP="001C7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4A08F" w14:textId="77777777" w:rsidR="001C798E" w:rsidRDefault="001C798E" w:rsidP="001C798E">
      <w:pPr>
        <w:spacing w:after="0" w:line="240" w:lineRule="auto"/>
      </w:pPr>
      <w:r>
        <w:separator/>
      </w:r>
    </w:p>
  </w:footnote>
  <w:footnote w:type="continuationSeparator" w:id="0">
    <w:p w14:paraId="3B2A8CC7" w14:textId="77777777" w:rsidR="001C798E" w:rsidRDefault="001C798E" w:rsidP="001C7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6095"/>
      <w:gridCol w:w="1276"/>
      <w:gridCol w:w="1417"/>
    </w:tblGrid>
    <w:tr w:rsidR="001C798E" w14:paraId="42FA8DE1" w14:textId="77777777" w:rsidTr="001C798E">
      <w:trPr>
        <w:trHeight w:val="189"/>
      </w:trPr>
      <w:tc>
        <w:tcPr>
          <w:tcW w:w="2093" w:type="dxa"/>
          <w:vMerge w:val="restart"/>
        </w:tcPr>
        <w:p w14:paraId="78B6000B" w14:textId="77777777" w:rsidR="001C798E" w:rsidRDefault="001C798E" w:rsidP="001C798E">
          <w:pPr>
            <w:pStyle w:val="stBilgi"/>
            <w:ind w:left="-115" w:right="-110"/>
          </w:pPr>
          <w:r>
            <w:rPr>
              <w:rFonts w:ascii="Cambria" w:hAnsi="Cambria"/>
              <w:noProof/>
              <w:szCs w:val="20"/>
            </w:rPr>
            <w:drawing>
              <wp:inline distT="0" distB="0" distL="0" distR="0" wp14:anchorId="180FFC60" wp14:editId="3851B8AE">
                <wp:extent cx="512698" cy="667700"/>
                <wp:effectExtent l="0" t="0" r="190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905" cy="678388"/>
                        </a:xfrm>
                        <a:prstGeom prst="rect">
                          <a:avLst/>
                        </a:prstGeom>
                        <a:noFill/>
                        <a:ln>
                          <a:noFill/>
                        </a:ln>
                      </pic:spPr>
                    </pic:pic>
                  </a:graphicData>
                </a:graphic>
              </wp:inline>
            </w:drawing>
          </w:r>
        </w:p>
      </w:tc>
      <w:tc>
        <w:tcPr>
          <w:tcW w:w="6095" w:type="dxa"/>
          <w:vMerge w:val="restart"/>
          <w:tcBorders>
            <w:right w:val="single" w:sz="4" w:space="0" w:color="BFBFBF" w:themeColor="background1" w:themeShade="BF"/>
          </w:tcBorders>
          <w:vAlign w:val="center"/>
        </w:tcPr>
        <w:p w14:paraId="5C3D89EC" w14:textId="77777777" w:rsidR="001C798E" w:rsidRPr="001C798E" w:rsidRDefault="001C798E" w:rsidP="001C798E">
          <w:pPr>
            <w:pStyle w:val="AralkYok"/>
            <w:jc w:val="center"/>
            <w:rPr>
              <w:rFonts w:ascii="Cambria" w:hAnsi="Cambria"/>
              <w:b/>
              <w:color w:val="002060"/>
            </w:rPr>
          </w:pPr>
          <w:r w:rsidRPr="001C798E">
            <w:rPr>
              <w:rFonts w:ascii="Cambria" w:hAnsi="Cambria"/>
              <w:b/>
              <w:color w:val="002060"/>
            </w:rPr>
            <w:t>SOSYAL BİLİMLER MESLEK YÜKSEKOKULU</w:t>
          </w:r>
        </w:p>
        <w:p w14:paraId="41A5DC34" w14:textId="3FE0FD79" w:rsidR="001C798E" w:rsidRPr="00F36667" w:rsidRDefault="001C798E" w:rsidP="001C798E">
          <w:pPr>
            <w:pStyle w:val="AralkYok"/>
            <w:jc w:val="center"/>
            <w:rPr>
              <w:rFonts w:ascii="Cambria" w:hAnsi="Cambria"/>
              <w:b/>
              <w:color w:val="002060"/>
            </w:rPr>
          </w:pPr>
          <w:r w:rsidRPr="001C798E">
            <w:rPr>
              <w:rFonts w:ascii="Cambria" w:hAnsi="Cambria"/>
              <w:b/>
              <w:color w:val="002060"/>
            </w:rPr>
            <w:t>ETKİNLİK / PROGRAM KATILIM İMZA ÇİZELGESİ</w:t>
          </w:r>
        </w:p>
      </w:tc>
      <w:tc>
        <w:tcPr>
          <w:tcW w:w="1276"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12FD80D9" w14:textId="77777777" w:rsidR="001C798E" w:rsidRPr="0092378E" w:rsidRDefault="001C798E" w:rsidP="001C798E">
          <w:pPr>
            <w:pStyle w:val="stBilgi"/>
            <w:ind w:right="-112"/>
            <w:rPr>
              <w:rFonts w:ascii="Cambria" w:hAnsi="Cambria"/>
              <w:sz w:val="16"/>
              <w:szCs w:val="16"/>
            </w:rPr>
          </w:pPr>
          <w:r w:rsidRPr="0092378E">
            <w:rPr>
              <w:rFonts w:ascii="Cambria" w:hAnsi="Cambria"/>
              <w:sz w:val="16"/>
              <w:szCs w:val="16"/>
            </w:rPr>
            <w:t>Doküman No</w:t>
          </w:r>
        </w:p>
      </w:tc>
      <w:tc>
        <w:tcPr>
          <w:tcW w:w="1417"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2244C306" w14:textId="77777777" w:rsidR="001C798E" w:rsidRPr="00171789" w:rsidRDefault="001C798E" w:rsidP="001C798E">
          <w:pPr>
            <w:pStyle w:val="stBilgi"/>
            <w:rPr>
              <w:rFonts w:ascii="Cambria" w:hAnsi="Cambria"/>
              <w:color w:val="002060"/>
              <w:sz w:val="16"/>
              <w:szCs w:val="16"/>
            </w:rPr>
          </w:pPr>
          <w:r>
            <w:rPr>
              <w:rFonts w:ascii="Cambria" w:hAnsi="Cambria"/>
              <w:color w:val="002060"/>
              <w:sz w:val="16"/>
              <w:szCs w:val="16"/>
            </w:rPr>
            <w:t>FRM</w:t>
          </w:r>
          <w:r w:rsidRPr="00171789">
            <w:rPr>
              <w:rFonts w:ascii="Cambria" w:hAnsi="Cambria"/>
              <w:color w:val="002060"/>
              <w:sz w:val="16"/>
              <w:szCs w:val="16"/>
            </w:rPr>
            <w:t>-</w:t>
          </w:r>
        </w:p>
      </w:tc>
    </w:tr>
    <w:tr w:rsidR="001C798E" w14:paraId="4FEB8E0C" w14:textId="77777777" w:rsidTr="001C798E">
      <w:trPr>
        <w:trHeight w:val="187"/>
      </w:trPr>
      <w:tc>
        <w:tcPr>
          <w:tcW w:w="2093" w:type="dxa"/>
          <w:vMerge/>
        </w:tcPr>
        <w:p w14:paraId="2121BC45" w14:textId="77777777" w:rsidR="001C798E" w:rsidRDefault="001C798E" w:rsidP="001C798E">
          <w:pPr>
            <w:pStyle w:val="stBilgi"/>
            <w:rPr>
              <w:noProof/>
              <w:lang w:eastAsia="tr-TR"/>
            </w:rPr>
          </w:pPr>
        </w:p>
      </w:tc>
      <w:tc>
        <w:tcPr>
          <w:tcW w:w="6095" w:type="dxa"/>
          <w:vMerge/>
          <w:tcBorders>
            <w:right w:val="single" w:sz="4" w:space="0" w:color="BFBFBF" w:themeColor="background1" w:themeShade="BF"/>
          </w:tcBorders>
          <w:vAlign w:val="center"/>
        </w:tcPr>
        <w:p w14:paraId="26405A24" w14:textId="77777777" w:rsidR="001C798E" w:rsidRDefault="001C798E" w:rsidP="001C798E">
          <w:pPr>
            <w:pStyle w:val="stBilgi"/>
            <w:jc w:val="center"/>
          </w:pPr>
        </w:p>
      </w:tc>
      <w:tc>
        <w:tcPr>
          <w:tcW w:w="1276"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0DCEDDF7" w14:textId="77777777" w:rsidR="001C798E" w:rsidRPr="0092378E" w:rsidRDefault="001C798E" w:rsidP="001C798E">
          <w:pPr>
            <w:pStyle w:val="stBilgi"/>
            <w:ind w:right="-112"/>
            <w:rPr>
              <w:rFonts w:ascii="Cambria" w:hAnsi="Cambria"/>
              <w:sz w:val="16"/>
              <w:szCs w:val="16"/>
            </w:rPr>
          </w:pPr>
          <w:r w:rsidRPr="0092378E">
            <w:rPr>
              <w:rFonts w:ascii="Cambria" w:hAnsi="Cambria"/>
              <w:sz w:val="16"/>
              <w:szCs w:val="16"/>
            </w:rPr>
            <w:t>Yayın Tarihi</w:t>
          </w:r>
        </w:p>
      </w:tc>
      <w:tc>
        <w:tcPr>
          <w:tcW w:w="141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5425F9C3" w14:textId="77777777" w:rsidR="001C798E" w:rsidRPr="00171789" w:rsidRDefault="001C798E" w:rsidP="001C798E">
          <w:pPr>
            <w:pStyle w:val="stBilgi"/>
            <w:rPr>
              <w:rFonts w:ascii="Cambria" w:hAnsi="Cambria"/>
              <w:color w:val="002060"/>
              <w:sz w:val="16"/>
              <w:szCs w:val="16"/>
            </w:rPr>
          </w:pPr>
          <w:proofErr w:type="gramStart"/>
          <w:r>
            <w:rPr>
              <w:rFonts w:ascii="Cambria" w:hAnsi="Cambria"/>
              <w:color w:val="002060"/>
              <w:sz w:val="16"/>
              <w:szCs w:val="16"/>
            </w:rPr>
            <w:t>….</w:t>
          </w:r>
          <w:proofErr w:type="gramEnd"/>
          <w:r>
            <w:rPr>
              <w:rFonts w:ascii="Cambria" w:hAnsi="Cambria"/>
              <w:color w:val="002060"/>
              <w:sz w:val="16"/>
              <w:szCs w:val="16"/>
            </w:rPr>
            <w:t>/…./2026</w:t>
          </w:r>
        </w:p>
      </w:tc>
    </w:tr>
    <w:tr w:rsidR="001C798E" w14:paraId="42449023" w14:textId="77777777" w:rsidTr="001C798E">
      <w:trPr>
        <w:trHeight w:val="187"/>
      </w:trPr>
      <w:tc>
        <w:tcPr>
          <w:tcW w:w="2093" w:type="dxa"/>
          <w:vMerge/>
        </w:tcPr>
        <w:p w14:paraId="1AB544E5" w14:textId="77777777" w:rsidR="001C798E" w:rsidRDefault="001C798E" w:rsidP="001C798E">
          <w:pPr>
            <w:pStyle w:val="stBilgi"/>
            <w:rPr>
              <w:noProof/>
              <w:lang w:eastAsia="tr-TR"/>
            </w:rPr>
          </w:pPr>
        </w:p>
      </w:tc>
      <w:tc>
        <w:tcPr>
          <w:tcW w:w="6095" w:type="dxa"/>
          <w:vMerge/>
          <w:tcBorders>
            <w:right w:val="single" w:sz="4" w:space="0" w:color="BFBFBF" w:themeColor="background1" w:themeShade="BF"/>
          </w:tcBorders>
          <w:vAlign w:val="center"/>
        </w:tcPr>
        <w:p w14:paraId="3720B333" w14:textId="77777777" w:rsidR="001C798E" w:rsidRDefault="001C798E" w:rsidP="001C798E">
          <w:pPr>
            <w:pStyle w:val="stBilgi"/>
            <w:jc w:val="center"/>
          </w:pPr>
        </w:p>
      </w:tc>
      <w:tc>
        <w:tcPr>
          <w:tcW w:w="1276"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7C87733B" w14:textId="77777777" w:rsidR="001C798E" w:rsidRPr="0092378E" w:rsidRDefault="001C798E" w:rsidP="001C798E">
          <w:pPr>
            <w:pStyle w:val="stBilgi"/>
            <w:ind w:right="-112"/>
            <w:rPr>
              <w:rFonts w:ascii="Cambria" w:hAnsi="Cambria"/>
              <w:sz w:val="16"/>
              <w:szCs w:val="16"/>
            </w:rPr>
          </w:pPr>
          <w:r w:rsidRPr="0092378E">
            <w:rPr>
              <w:rFonts w:ascii="Cambria" w:hAnsi="Cambria"/>
              <w:sz w:val="16"/>
              <w:szCs w:val="16"/>
            </w:rPr>
            <w:t>Revizyon Tarihi</w:t>
          </w:r>
        </w:p>
      </w:tc>
      <w:tc>
        <w:tcPr>
          <w:tcW w:w="141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735C981D" w14:textId="77777777" w:rsidR="001C798E" w:rsidRPr="00171789" w:rsidRDefault="001C798E" w:rsidP="001C798E">
          <w:pPr>
            <w:pStyle w:val="stBilgi"/>
            <w:rPr>
              <w:rFonts w:ascii="Cambria" w:hAnsi="Cambria"/>
              <w:color w:val="002060"/>
              <w:sz w:val="16"/>
              <w:szCs w:val="16"/>
            </w:rPr>
          </w:pPr>
          <w:r w:rsidRPr="00171789">
            <w:rPr>
              <w:rFonts w:ascii="Cambria" w:hAnsi="Cambria"/>
              <w:color w:val="002060"/>
              <w:sz w:val="16"/>
              <w:szCs w:val="16"/>
            </w:rPr>
            <w:t>-</w:t>
          </w:r>
        </w:p>
      </w:tc>
    </w:tr>
    <w:tr w:rsidR="001C798E" w14:paraId="32058019" w14:textId="77777777" w:rsidTr="001C798E">
      <w:trPr>
        <w:trHeight w:val="220"/>
      </w:trPr>
      <w:tc>
        <w:tcPr>
          <w:tcW w:w="2093" w:type="dxa"/>
          <w:vMerge/>
        </w:tcPr>
        <w:p w14:paraId="5B5A7571" w14:textId="77777777" w:rsidR="001C798E" w:rsidRDefault="001C798E" w:rsidP="001C798E">
          <w:pPr>
            <w:pStyle w:val="stBilgi"/>
            <w:rPr>
              <w:noProof/>
              <w:lang w:eastAsia="tr-TR"/>
            </w:rPr>
          </w:pPr>
        </w:p>
      </w:tc>
      <w:tc>
        <w:tcPr>
          <w:tcW w:w="6095" w:type="dxa"/>
          <w:vMerge/>
          <w:tcBorders>
            <w:right w:val="single" w:sz="4" w:space="0" w:color="BFBFBF" w:themeColor="background1" w:themeShade="BF"/>
          </w:tcBorders>
          <w:vAlign w:val="center"/>
        </w:tcPr>
        <w:p w14:paraId="38584B04" w14:textId="77777777" w:rsidR="001C798E" w:rsidRDefault="001C798E" w:rsidP="001C798E">
          <w:pPr>
            <w:pStyle w:val="stBilgi"/>
            <w:jc w:val="center"/>
          </w:pPr>
        </w:p>
      </w:tc>
      <w:tc>
        <w:tcPr>
          <w:tcW w:w="1276"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tcPr>
        <w:p w14:paraId="2E429F90" w14:textId="77777777" w:rsidR="001C798E" w:rsidRPr="0092378E" w:rsidRDefault="001C798E" w:rsidP="001C798E">
          <w:pPr>
            <w:pStyle w:val="stBilgi"/>
            <w:ind w:right="-112"/>
            <w:rPr>
              <w:rFonts w:ascii="Cambria" w:hAnsi="Cambria"/>
              <w:sz w:val="16"/>
              <w:szCs w:val="16"/>
            </w:rPr>
          </w:pPr>
          <w:r w:rsidRPr="0092378E">
            <w:rPr>
              <w:rFonts w:ascii="Cambria" w:hAnsi="Cambria"/>
              <w:sz w:val="16"/>
              <w:szCs w:val="16"/>
            </w:rPr>
            <w:t>Revizyon No</w:t>
          </w:r>
        </w:p>
      </w:tc>
      <w:tc>
        <w:tcPr>
          <w:tcW w:w="1417"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tcPr>
        <w:p w14:paraId="4CF01940" w14:textId="77777777" w:rsidR="001C798E" w:rsidRPr="00171789" w:rsidRDefault="001C798E" w:rsidP="001C798E">
          <w:pPr>
            <w:pStyle w:val="stBilgi"/>
            <w:rPr>
              <w:rFonts w:ascii="Cambria" w:hAnsi="Cambria"/>
              <w:color w:val="002060"/>
              <w:sz w:val="16"/>
              <w:szCs w:val="16"/>
            </w:rPr>
          </w:pPr>
          <w:r w:rsidRPr="00171789">
            <w:rPr>
              <w:rFonts w:ascii="Cambria" w:hAnsi="Cambria"/>
              <w:color w:val="002060"/>
              <w:sz w:val="16"/>
              <w:szCs w:val="16"/>
            </w:rPr>
            <w:t>0</w:t>
          </w:r>
        </w:p>
      </w:tc>
    </w:tr>
  </w:tbl>
  <w:p w14:paraId="08ADABE4" w14:textId="77777777" w:rsidR="001C798E" w:rsidRDefault="001C798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756175030">
    <w:abstractNumId w:val="8"/>
  </w:num>
  <w:num w:numId="2" w16cid:durableId="2059619319">
    <w:abstractNumId w:val="6"/>
  </w:num>
  <w:num w:numId="3" w16cid:durableId="647365006">
    <w:abstractNumId w:val="5"/>
  </w:num>
  <w:num w:numId="4" w16cid:durableId="876433661">
    <w:abstractNumId w:val="4"/>
  </w:num>
  <w:num w:numId="5" w16cid:durableId="1888369050">
    <w:abstractNumId w:val="7"/>
  </w:num>
  <w:num w:numId="6" w16cid:durableId="1002124293">
    <w:abstractNumId w:val="3"/>
  </w:num>
  <w:num w:numId="7" w16cid:durableId="830027126">
    <w:abstractNumId w:val="2"/>
  </w:num>
  <w:num w:numId="8" w16cid:durableId="874317940">
    <w:abstractNumId w:val="1"/>
  </w:num>
  <w:num w:numId="9" w16cid:durableId="1470977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798E"/>
    <w:rsid w:val="001F389A"/>
    <w:rsid w:val="0029639D"/>
    <w:rsid w:val="00313A3B"/>
    <w:rsid w:val="00326F90"/>
    <w:rsid w:val="003E18A2"/>
    <w:rsid w:val="005D26F7"/>
    <w:rsid w:val="005E0E92"/>
    <w:rsid w:val="00610553"/>
    <w:rsid w:val="00646CA5"/>
    <w:rsid w:val="006502B6"/>
    <w:rsid w:val="00823250"/>
    <w:rsid w:val="00AA1D8D"/>
    <w:rsid w:val="00B47730"/>
    <w:rsid w:val="00CB0664"/>
    <w:rsid w:val="00CB660F"/>
    <w:rsid w:val="00E84199"/>
    <w:rsid w:val="00F020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0D3FAF"/>
  <w14:defaultImageDpi w14:val="300"/>
  <w15:docId w15:val="{284D152F-26B1-4916-93F1-E178015E9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6F7"/>
    <w:rPr>
      <w:rFonts w:ascii="Arial" w:hAnsi="Arial"/>
      <w:color w:val="333333"/>
      <w:sz w:val="20"/>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link w:val="AralkYokChar"/>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avuzTablo2-Vurgu1">
    <w:name w:val="Grid Table 2 Accent 1"/>
    <w:basedOn w:val="NormalTablo"/>
    <w:uiPriority w:val="47"/>
    <w:rsid w:val="00823250"/>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ralkYokChar">
    <w:name w:val="Aralık Yok Char"/>
    <w:basedOn w:val="VarsaylanParagrafYazTipi"/>
    <w:link w:val="AralkYok"/>
    <w:uiPriority w:val="1"/>
    <w:rsid w:val="001C7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862CA-F84B-4D78-9578-E98DD0CA8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222</Words>
  <Characters>1271</Characters>
  <Application>Microsoft Office Word</Application>
  <DocSecurity>0</DocSecurity>
  <Lines>10</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ETKİNLİK KATILIM İMZA ÇİZELGESİ</dc:title>
  <dc:subject/>
  <dc:creator>python-docx</dc:creator>
  <cp:keywords/>
  <cp:lastModifiedBy>pc</cp:lastModifiedBy>
  <cp:revision>12</cp:revision>
  <dcterms:created xsi:type="dcterms:W3CDTF">2013-12-23T23:15:00Z</dcterms:created>
  <dcterms:modified xsi:type="dcterms:W3CDTF">2026-09-14T12:44:00Z</dcterms:modified>
  <cp:category/>
</cp:coreProperties>
</file>